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color w:val="16415B"/>
          <w:sz w:val="40"/>
        </w:rPr>
        <w:t>MEHMET SESEN</w:t>
      </w:r>
    </w:p>
    <w:p>
      <w:pPr>
        <w:spacing w:after="80"/>
        <w:jc w:val="center"/>
      </w:pPr>
      <w:r>
        <w:rPr>
          <w:b/>
          <w:sz w:val="21"/>
        </w:rPr>
        <w:t>LEAD SOFTWARE ENGINEER  |  TECHNICAL LEAD</w:t>
      </w:r>
    </w:p>
    <w:p>
      <w:pPr>
        <w:spacing w:after="80"/>
        <w:jc w:val="center"/>
      </w:pPr>
      <w:r>
        <w:t>Enfield, Greater London  |  mehmetsesen.com</w:t>
      </w:r>
    </w:p>
    <w:p>
      <w:pPr>
        <w:pStyle w:val="CVHeading"/>
        <w:keepNext/>
      </w:pPr>
      <w:r>
        <w:t>PROFESSIONAL PROFILE</w:t>
      </w:r>
    </w:p>
    <w:p>
      <w:r>
        <w:t>Hands-on Lead Software Engineer and former Head of Development with more than 10 years of commercial experience delivering full-stack web applications and business-critical systems. Independently architected and built Sofa Club’s core operations platform, replacing manual workflows with an integrated system used by approximately 100 people. Combines software architecture and hands-on delivery with leadership and mentoring of a four-developer team. Experienced in cloud infrastructure, deployment and ongoing production ownership.</w:t>
      </w:r>
    </w:p>
    <w:p>
      <w:pPr>
        <w:pStyle w:val="CVHeading"/>
        <w:keepNext/>
      </w:pPr>
      <w:r>
        <w:t>TECHNICAL SKILLS</w:t>
      </w:r>
    </w:p>
    <w:p>
      <w:r>
        <w:t>Languages &amp; frameworks: PHP, Laravel, JavaScript, TypeScript, Node.js, Angular, Vue.js, HTML, CSS</w:t>
      </w:r>
    </w:p>
    <w:p>
      <w:r>
        <w:t>Data, cloud &amp; tooling: MySQL, AWS, Docker, Git, REST APIs, CI/CD, automated testing / TDD</w:t>
      </w:r>
    </w:p>
    <w:p>
      <w:r>
        <w:t>Leadership &amp; delivery: Software architecture, technical direction, mentoring, stakeholder collaboration, end-to-end delivery</w:t>
      </w:r>
    </w:p>
    <w:p>
      <w:pPr>
        <w:pStyle w:val="CVHeading"/>
        <w:keepNext/>
      </w:pPr>
      <w:r>
        <w:t>PROFESSIONAL EXPERIENCE</w:t>
      </w:r>
    </w:p>
    <w:p>
      <w:pPr>
        <w:pStyle w:val="CVRole"/>
        <w:keepNext/>
      </w:pPr>
      <w:r>
        <w:t>Sofa Club | Tech Lead / Lead Developer</w:t>
      </w:r>
      <w:r>
        <w:rPr>
          <w:i/>
        </w:rPr>
        <w:t xml:space="preserve">  |  Sep 2021 – Present</w:t>
      </w:r>
    </w:p>
    <w:p>
      <w:pPr>
        <w:pStyle w:val="ListBullet"/>
        <w:spacing w:after="60"/>
        <w:ind w:left="302" w:hanging="187"/>
      </w:pPr>
      <w:r>
        <w:t>Lead and mentor four developers while remaining hands-on with architecture, coding, technical decisions, deployment and maintenance.</w:t>
      </w:r>
    </w:p>
    <w:p>
      <w:pPr>
        <w:pStyle w:val="ListBullet"/>
        <w:spacing w:after="60"/>
        <w:ind w:left="302" w:hanging="187"/>
      </w:pPr>
      <w:r>
        <w:t>Continue to develop and operate the core Laravel, MySQL and Angular platform underpinning daily business processes for approximately 100 users.</w:t>
      </w:r>
    </w:p>
    <w:p>
      <w:pPr>
        <w:pStyle w:val="ListBullet"/>
        <w:spacing w:after="60"/>
        <w:ind w:left="302" w:hanging="187"/>
      </w:pPr>
      <w:r>
        <w:t>Own AWS infrastructure, production deployments, security and ongoing platform maintenance.</w:t>
      </w:r>
    </w:p>
    <w:p>
      <w:pPr>
        <w:pStyle w:val="ListBullet"/>
        <w:spacing w:after="60"/>
        <w:ind w:left="302" w:hanging="187"/>
      </w:pPr>
      <w:r>
        <w:t>Deliver and evolve CRM, showroom point-of-sale, order management, logistics integrations and stock allocation, including in-transit inventory and delivery availability functionality.</w:t>
      </w:r>
    </w:p>
    <w:p>
      <w:pPr>
        <w:pStyle w:val="CVRole"/>
        <w:keepNext/>
      </w:pPr>
      <w:r>
        <w:t>Sofa Club | Head of Development</w:t>
      </w:r>
      <w:r>
        <w:rPr>
          <w:i/>
        </w:rPr>
        <w:t xml:space="preserve">  |  Jul 2018 – Sep 2021</w:t>
      </w:r>
    </w:p>
    <w:p>
      <w:pPr>
        <w:pStyle w:val="ListBullet"/>
        <w:spacing w:after="60"/>
        <w:ind w:left="302" w:hanging="187"/>
      </w:pPr>
      <w:r>
        <w:t>Personally designed and built the original business operations platform from scratch, replacing manual workflows with a scalable, integrated digital system.</w:t>
      </w:r>
    </w:p>
    <w:p>
      <w:pPr>
        <w:pStyle w:val="ListBullet"/>
        <w:spacing w:after="60"/>
        <w:ind w:left="302" w:hanging="187"/>
      </w:pPr>
      <w:r>
        <w:t>Managed two developers and led delivery across design, engineering and deployment; later chose to move into a more hands-on technical leadership role.</w:t>
      </w:r>
    </w:p>
    <w:p>
      <w:pPr>
        <w:pStyle w:val="ListBullet"/>
        <w:spacing w:after="60"/>
        <w:ind w:left="302" w:hanging="187"/>
      </w:pPr>
      <w:r>
        <w:t>Built the platform that remains central to Sofa Club’s operations, supporting its growth from an annual revenue target of approximately £500,000 when I joined to a £24 million target in 2026.</w:t>
      </w:r>
    </w:p>
    <w:p>
      <w:pPr>
        <w:pStyle w:val="CVRole"/>
        <w:keepNext/>
        <w:pageBreakBefore/>
      </w:pPr>
      <w:r>
        <w:t>Luceco plc | Full-Stack Developer</w:t>
      </w:r>
      <w:r>
        <w:rPr>
          <w:i/>
        </w:rPr>
        <w:t xml:space="preserve">  |  Jan 2017 – Jul 2018</w:t>
      </w:r>
    </w:p>
    <w:p>
      <w:pPr>
        <w:pStyle w:val="ListBullet"/>
        <w:spacing w:after="60"/>
        <w:ind w:left="302" w:hanging="187"/>
      </w:pPr>
      <w:r>
        <w:t>Designed and built a product image management platform from scratch using Zend Framework 3 and AWS for the Masterplug and Ross brands.</w:t>
      </w:r>
    </w:p>
    <w:p>
      <w:pPr>
        <w:pStyle w:val="ListBullet"/>
        <w:spacing w:after="60"/>
        <w:ind w:left="302" w:hanging="187"/>
      </w:pPr>
      <w:r>
        <w:t>Enabled retail partners, including Argos and Currys, to log in and download approved product imagery for catalogues and marketing materials.</w:t>
      </w:r>
    </w:p>
    <w:p>
      <w:pPr>
        <w:pStyle w:val="ListBullet"/>
        <w:spacing w:after="60"/>
        <w:ind w:left="302" w:hanging="187"/>
      </w:pPr>
      <w:r>
        <w:t>Collaborated with fellow developers on commercial web solutions.</w:t>
      </w:r>
    </w:p>
    <w:p>
      <w:pPr>
        <w:pStyle w:val="CVRole"/>
        <w:keepNext/>
      </w:pPr>
      <w:r>
        <w:t>Signmax Ltd | Full-Stack Developer</w:t>
      </w:r>
      <w:r>
        <w:rPr>
          <w:i/>
        </w:rPr>
        <w:t xml:space="preserve">  |  2013 – 2016</w:t>
      </w:r>
    </w:p>
    <w:p>
      <w:pPr>
        <w:pStyle w:val="ListBullet"/>
        <w:spacing w:after="60"/>
        <w:ind w:left="302" w:hanging="187"/>
      </w:pPr>
      <w:r>
        <w:t>Built full-stack websites for clients using PHP, JavaScript, MySQL, HTML and CSS.</w:t>
      </w:r>
    </w:p>
    <w:p>
      <w:pPr>
        <w:pStyle w:val="CVHeading"/>
        <w:keepNext/>
      </w:pPr>
      <w:r>
        <w:t>INDEPENDENT PROJECT</w:t>
      </w:r>
    </w:p>
    <w:p>
      <w:pPr>
        <w:pStyle w:val="CVRole"/>
        <w:keepNext/>
      </w:pPr>
      <w:r>
        <w:t>Okey Champions | Independent Multiplayer Mobile Game</w:t>
      </w:r>
      <w:r>
        <w:rPr>
          <w:i/>
        </w:rPr>
        <w:t xml:space="preserve">  |  In development</w:t>
      </w:r>
    </w:p>
    <w:p>
      <w:r>
        <w:t>Developing a multiplayer mobile game with Defold and Lua, Nakama backend services and a single-instance PostgreSQL database. Responsible for game and backend architecture, match logic, automated bot players, Docker-based deployment and Hetzner cloud infrastructure.</w:t>
      </w:r>
    </w:p>
    <w:p>
      <w:pPr>
        <w:pStyle w:val="CVHeading"/>
        <w:keepNext/>
      </w:pPr>
      <w:r>
        <w:t>EDUCATION &amp; CERTIFICATION</w:t>
      </w:r>
    </w:p>
    <w:p>
      <w:r>
        <w:t>UX Certification | Nielsen Norman Group, 2018</w:t>
      </w:r>
    </w:p>
    <w:p>
      <w:r>
        <w:t>MSc Information Systems (Merit) | City University of London, 2009–2011</w:t>
      </w:r>
    </w:p>
    <w:p>
      <w:r>
        <w:t>BA (Hons) Game Cultures (2:1) | London South Bank University, 2004–2007</w:t>
      </w:r>
    </w:p>
    <w:sectPr w:rsidR="00FC693F" w:rsidRPr="0006063C" w:rsidSect="00034616">
      <w:pgSz w:w="12240" w:h="15840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/>
      <w:color w:val="2530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Heading">
    <w:name w:val="CVHeading"/>
    <w:pPr>
      <w:keepNext/>
      <w:spacing w:before="280" w:after="120"/>
    </w:pPr>
    <w:rPr>
      <w:rFonts w:ascii="Aptos Display" w:hAnsi="Aptos Display"/>
      <w:b/>
      <w:color w:val="16415B"/>
      <w:sz w:val="21"/>
    </w:rPr>
  </w:style>
  <w:style w:type="paragraph" w:customStyle="1" w:styleId="CVRole">
    <w:name w:val="CVRole"/>
    <w:pPr>
      <w:keepNext/>
      <w:spacing w:before="180" w:after="80"/>
    </w:pPr>
    <w:rPr>
      <w:rFonts w:ascii="Aptos Display" w:hAnsi="Aptos Display"/>
      <w:b/>
      <w:color w:val="16415B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